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Okul servis araçlarına, taşımacılara ve taşıma personeline ilişkin belge ve kayıtları tutmak; talep hâlinde denetim yapacak komisyon, kurum ve kuruluşlara iletmek okul yönetiminin yükümlülüğüdür (Yön. md. 6/1-c). Çizelge her değişiklikte (GNL-SRV-FR-005) güncellenir; öğrenci sayısı GNL-SRV-FR-009 bildirimlerinden işlenir.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558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1134"/>
        <w:gridCol w:w="964"/>
        <w:gridCol w:w="737"/>
        <w:gridCol w:w="1871"/>
        <w:gridCol w:w="1077"/>
        <w:gridCol w:w="1020"/>
        <w:gridCol w:w="850"/>
        <w:gridCol w:w="1587"/>
        <w:gridCol w:w="850"/>
        <w:gridCol w:w="1077"/>
        <w:gridCol w:w="907"/>
        <w:gridCol w:w="907"/>
        <w:gridCol w:w="794"/>
        <w:gridCol w:w="1247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Sıra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Plaka</w:t>
            </w:r>
          </w:p>
        </w:tc>
        <w:tc>
          <w:tcPr>
            <w:tcW w:w="96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Model yılı (yaş)</w:t>
            </w:r>
          </w:p>
        </w:tc>
        <w:tc>
          <w:tcPr>
            <w:tcW w:w="73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Koltuk sayısı</w:t>
            </w:r>
          </w:p>
        </w:tc>
        <w:tc>
          <w:tcPr>
            <w:tcW w:w="187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Şoför adı soyadı</w:t>
            </w:r>
          </w:p>
        </w:tc>
        <w:tc>
          <w:tcPr>
            <w:tcW w:w="107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Psikoteknik geçerlilik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Sağlık raporu tarihi</w:t>
            </w:r>
          </w:p>
        </w:tc>
        <w:tc>
          <w:tcPr>
            <w:tcW w:w="85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Sertifika</w:t>
            </w:r>
          </w:p>
        </w:tc>
        <w:tc>
          <w:tcPr>
            <w:tcW w:w="158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Rehber personel (varsa)</w:t>
            </w:r>
          </w:p>
        </w:tc>
        <w:tc>
          <w:tcPr>
            <w:tcW w:w="85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Güzergâh no</w:t>
            </w:r>
          </w:p>
        </w:tc>
        <w:tc>
          <w:tcPr>
            <w:tcW w:w="107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Özel izin belgesi no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Muayene bitiş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ZMSS bitiş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Öğrenci sayısı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Açıklama</w:t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6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87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8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07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5591" w:type="dxa"/>
        <w:tblLayout w:type="fixed"/>
        <w:tblLook w:firstColumn="1" w:firstRow="1" w:lastColumn="0" w:lastRow="0" w:noHBand="0" w:noVBand="1" w:val="04A0"/>
      </w:tblPr>
      <w:tblGrid>
        <w:gridCol w:w="7767"/>
        <w:gridCol w:w="7824"/>
      </w:tblGrid>
      <w:tr>
        <w:trPr>
          <w:cantSplit/>
        </w:trPr>
        <w:tc>
          <w:tcPr>
            <w:tcW w:w="7767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Düzenleyen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7824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6/1-c (kayıt tutma); belge geçerlilik süreleri: md. 4/1-e (muayene), md. 9/1-c, ç (sağlık raporu yıllık, psikoteknik 5 yıl), md. 10 (sigorta).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Kişisel veriler, okul servis mevzuatındaki yükümlülüklerin yerine getirilmesi amacıyla 6698 sayılı Kanun md. 5/2-ç (hukuki yükümlülük) uyarınca işlenir; yalnızca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GNL-SRV-FR-008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5590" w:type="dxa"/>
      <w:tblLayout w:type="fixed"/>
      <w:tblLook w:firstColumn="1" w:firstRow="1" w:lastColumn="0" w:lastRow="0" w:noHBand="0" w:noVBand="1" w:val="04A0"/>
    </w:tblPr>
    <w:tblGrid>
      <w:gridCol w:w="907"/>
      <w:gridCol w:w="14683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14683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SERVİS ARAÇ VE PERSONEL ANA KAYIT ÇİZELGESİ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GNL-SRV-FR-008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GNL-SRV-FR-008_Servis_Arac_ve_Personel_Ana_Kayit_Cizelgesi_v1.0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