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Şoför ve rehber personelin görev kurallarına (Yön. md. 9/1-g, ğ ve 9/2-c…g) bir eğitim öğretim döneminde ÜÇ DEFA uymadığı okul yönetimince tespit edilenlerin özel izin belgesi, mülki idare amiri kanalıyla belediyeye bildirilerek iptal edilir (Yön. md. 9/4). Bu tutanak her tespitte düzenlenir ve işlem dosyasında saklanır.</w:t>
      </w:r>
    </w:p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OLAY BİLGİLERİ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402"/>
        <w:gridCol w:w="7257"/>
      </w:tblGrid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Tarih / saat / yer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Araç plakası / güzergâh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İlgili şoför / rehber personel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Taşımacı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Tespiti yapan (ad soyad / görev)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Tespit kaynağı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Doğrudan gözlem   ☐ Veli/öğrenci bildirimi   ☐ Araç takip verisi   ☐ Ek-5 tutanağı</w:t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AKSAKLIK / İHLAL TÜRÜ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6350"/>
        <w:gridCol w:w="3742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w="635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İhlal / aksaklık</w:t>
            </w:r>
          </w:p>
        </w:tc>
        <w:tc>
          <w:tcPr>
            <w:tcW w:w="374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Öğrencinin geç getirilmesi/erken alınması; azami seyahat süresine veya belirlenen saatlere uyulmaması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5/2-a, h; 9/1-ğ; UE EK-1 md. 4-g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Taşıma öncesi/sonrası araç içi kontrolün yapılmaması (araçta öğrenci unutulması dâhil)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9/1-g; 9/2-e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Rehber personel görev ihlali (iniş-biniş güvenliği, kemer kontrolü, yelek, ışıklı ekipman)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9/2-c, ç, d, f, g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Araç donanım eksikliği (kemer, kamera, takip sistemi, DUR lambası vb.)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4/1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Taşıma sınırı üzerinde/ayakta öğrenci taşınması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EK-1 md. 4-ğ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Araca komisyon onayı dışında kişi bindirilmesi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EK-1 md. 4-ı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Taşıma sırasında görüntü/müzik sistemi kullanımı; sigara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4/1-j; UE EK-1 md. 4-c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Personel/araç değişikliğinin aynı gün bildirilmemesi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5/2-f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Tutum-davranış kuralları ihlali (öğrenciyle iletişim, kılık-kıyafet)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UE EK-1 md. 4-a, b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Diğer: ………………………………………………………………………………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OLAYIN ÖZETİ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0658"/>
      </w:tblGrid>
      <w:tr>
        <w:tc>
          <w:tcPr>
            <w:tcW w:w="10658" w:type="dxa"/>
          </w:tcPr>
          <w:p/>
          <w:p/>
          <w:p/>
          <w:p/>
          <w:p/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D. TESPİT SAYACI VE YAPILAN İŞLEM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195"/>
        <w:gridCol w:w="6463"/>
      </w:tblGrid>
      <w:tr>
        <w:tc>
          <w:tcPr>
            <w:tcW w:w="4195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Bu personel/araç için dönem içindeki tespit sırası</w:t>
            </w:r>
          </w:p>
        </w:tc>
        <w:tc>
          <w:tcPr>
            <w:tcW w:w="6463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1. tespit     ☐ 2. tespit     ☐ 3. tespit → Yön. md. 9/4 iptal bildirimi zorunlu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567"/>
        <w:gridCol w:w="6350"/>
        <w:gridCol w:w="3742"/>
      </w:tblGrid>
      <w:tr>
        <w:trPr>
          <w:tblHeader/>
          <w:cantSplit/>
        </w:trPr>
        <w:tc>
          <w:tcPr>
            <w:tcW w:w="56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</w:p>
        </w:tc>
        <w:tc>
          <w:tcPr>
            <w:tcW w:w="635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Yapılan işlem</w:t>
            </w:r>
          </w:p>
        </w:tc>
        <w:tc>
          <w:tcPr>
            <w:tcW w:w="3742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Taşımacıya yazılı bildirim; eksikliğin giderilmesi için komisyonca süre verilmesi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5/3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Taşımacının bağlı olduğu ilgili oda / meslek odasına bildirim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6/1-f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Mülki idare amirliğine (kaymakamlık) bildirim — şikâyet değerlendirmesi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7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3. tespit: mülki idare amiri kanalıyla belediyeye iptal bildirimi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9/4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Rehber Personel Kural İhlali İhbar Tutanağı (Yönetmelik Ek-5) teslim alındı (3 iş günü kuralı)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Yön. md. 15/3</w:t>
            </w:r>
          </w:p>
        </w:tc>
      </w:tr>
      <w:tr>
        <w:tc>
          <w:tcPr>
            <w:tcW w:w="567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635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Veliye bilgi verildi</w:t>
            </w:r>
          </w:p>
        </w:tc>
        <w:tc>
          <w:tcPr>
            <w:tcW w:w="3742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—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628"/>
      </w:tblGrid>
      <w:tr>
        <w:trPr>
          <w:cantSplit/>
        </w:trPr>
        <w:tc>
          <w:tcPr>
            <w:tcW w:w="3515" w:type="dxa"/>
          </w:tcPr>
          <w:p>
            <w:pPr>
              <w:spacing w:before="12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Tespiti Yapan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Görev</w:t>
            </w:r>
          </w:p>
        </w:tc>
        <w:tc>
          <w:tcPr>
            <w:tcW w:w="3515" w:type="dxa"/>
          </w:tcPr>
          <w:p>
            <w:pPr>
              <w:spacing w:before="12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Müdür Yardımcısı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</w:t>
            </w:r>
          </w:p>
        </w:tc>
        <w:tc>
          <w:tcPr>
            <w:tcW w:w="3628" w:type="dxa"/>
          </w:tcPr>
          <w:p>
            <w:pPr>
              <w:spacing w:before="12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spacing w:before="4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Yön. md. 5/3, 6/1-f, 7, 9/4, 15/3; UE EK-1 md. 3-4 (şartname yükümlülükleri).</w:t>
      </w:r>
    </w:p>
    <w:p>
      <w:pPr>
        <w:spacing w:before="20" w:after="0"/>
      </w:pPr>
      <w:r>
        <w:rPr>
          <w:rFonts w:ascii="Calibri" w:hAnsi="Calibri"/>
          <w:b w:val="0"/>
          <w:i/>
          <w:color w:val="767676"/>
          <w:sz w:val="14"/>
        </w:rPr>
        <w:t>Yön. = Okul Servis Araçları Yönetmeliği (RG 25.10.2017/30221; son değişiklik RG 19.08.2025/32991) · UE = Okul Servis Araçlarının Çalıştırılmasına İlişkin Usul ve Esaslar (MEB Destek Hizmetleri GM, 30.05.2018 tarihli ve E.10581842 sayılı Olur) · OAB Yön. = MEB Okul-Aile Birliği Yönetmeliği (RG 09.02.2012/28199).</w:t>
      </w:r>
      <w:r>
        <w:rPr>
          <w:rFonts w:ascii="Calibri" w:hAnsi="Calibri"/>
          <w:b w:val="0"/>
          <w:i/>
          <w:color w:val="767676"/>
          <w:sz w:val="14"/>
        </w:rPr>
        <w:t xml:space="preserve">  ▪  KVKK: Kişisel veriler, okul servis mevzuatındaki yükümlülüklerin yerine getirilmesi amacıyla 6698 sayılı Kanun md. 5/2-ç (hukuki yükümlülük) uyarınca işlenir; yalnızca yetkili merci ve denetim komisyonlarıyla paylaşılır.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SERVİSİ GENEL BELGE SETİNİN parçasıdır (sürüm 2026.08 (29.08.2026));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17.08.2026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GNL-SRV-FR-006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Servis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SERVİS AKSAKLIK VE İHLAL TESPİT TUTANAĞI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GNL-SRV-FR-006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GNL-SRV-FR-006_Servis_Aksaklik_ve_Ihlal_Tespit_Tutanagi_v1.0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