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Taşımacı; çalıştıracağı şoför ve rehber personel isimleri ile araç plakalarını ve BUNLARDAKİ HER TÜRLÜ DEĞİŞİKLİĞİ AYNI GÜN İÇİNDE okul yönetimine bildirmekle yükümlüdür (Yön. md. 5/2-f; UE EK-1 md. 3/1-g). Bu form taşımacı tarafından doldurulur, okul kayıt bölümü okul yönetimince işlenir.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TAŞIMACI BEYANI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7257"/>
      </w:tblGrid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adı / unvanı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Bildirim tarihi ve saati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Değişiklik türü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Şoför     ☐ Rehber personel     ☐ Araç/plaka     ☐ Diğer: ………………</w:t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Değişikliğin geçerlilik başlangıcı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Gerekçe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3628"/>
        <w:gridCol w:w="3628"/>
      </w:tblGrid>
      <w:tr>
        <w:trPr>
          <w:tblHeader/>
          <w:cantSplit/>
        </w:trPr>
        <w:tc>
          <w:tcPr>
            <w:tcW w:w="340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36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Ayrılan / çıkan</w:t>
            </w:r>
          </w:p>
        </w:tc>
        <w:tc>
          <w:tcPr>
            <w:tcW w:w="36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Başlayan / giren</w:t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Şoför (ad soyad)</w:t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Rehber personel (ad soyad)</w:t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(plaka / model yılı)</w:t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Güzergâh numarası</w:t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6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BİLDİRİM EKLERİ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6690"/>
        <w:gridCol w:w="2608"/>
        <w:gridCol w:w="907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669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Ek</w:t>
            </w:r>
          </w:p>
        </w:tc>
        <w:tc>
          <w:tcPr>
            <w:tcW w:w="260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Var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669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Yeni şoför/rehber için GNL-SRV-FR-004 belge seti (adli sicil, ehliyet, psikoteknik, sağlık raporu, sertifika)</w:t>
            </w:r>
          </w:p>
        </w:tc>
        <w:tc>
          <w:tcPr>
            <w:tcW w:w="260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9; UE md. 9/1</w:t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669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Yeni araç için GNL-SRV-FR-003 belge seti (ruhsat, muayene, sigorta)</w:t>
            </w:r>
          </w:p>
        </w:tc>
        <w:tc>
          <w:tcPr>
            <w:tcW w:w="260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4, 10</w:t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669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Özel izin belgesi güncellemesi başvuru/sonuç belgesi (belgede şoför, rehber, plaka, güzergâh yazılıdır)</w:t>
            </w:r>
          </w:p>
        </w:tc>
        <w:tc>
          <w:tcPr>
            <w:tcW w:w="260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3/1-ğ</w:t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669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değişikliğinde taşınan öğrenci listesi güncellemesi (GNL-SRV-FR-009)</w:t>
            </w:r>
          </w:p>
        </w:tc>
        <w:tc>
          <w:tcPr>
            <w:tcW w:w="260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EK-1 md. 3/1-l</w:t>
            </w:r>
          </w:p>
        </w:tc>
        <w:tc>
          <w:tcPr>
            <w:tcW w:w="90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OKUL KAYDI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195"/>
        <w:gridCol w:w="6463"/>
      </w:tblGrid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alan (ad soyad / görev)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alma tarihi ve saati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Aynı gün bildirim şartına uygunluk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Uygun (aynı gün)      ☐ Gecikmeli — GNL-SRV-FR-006 tutanağı düzenlendi</w:t>
            </w: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Belge kontrol sonucu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Tam      ☐ Eksik (süre verildi: ……………………)</w:t>
            </w: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GNL-SRV-FR-008 ana kayıt çizelgesi güncellendi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Evet     Tarih: …………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Temsilcisi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5329" w:type="dxa"/>
          </w:tcPr>
          <w:p>
            <w:pPr>
              <w:spacing w:before="10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Alan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5/2-f (aynı gün bildirim), md. 9 (personel şartları), md. 3/1-ğ (özel izin belgesi içeriği); UE EK-1 md. 3/1-g, 3/1-l.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OAB Yön. = MEB Okul-Aile Birliği Yönetmeliği (RG 09.02.2012/28199).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Kişisel veriler, okul servis mevzuatındaki yükümlülüklerin yerine getirilmesi amacıyla 6698 sayılı Kanun md. 5/2-ç (hukuki yükümlülük) uyarınca işlenir; yalnızca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GNL-SRV-FR-005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SERVİS PERSONELİ VE ARAÇ DEĞİŞİKLİĞİ BİLDİRİM FORMU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GNL-SRV-FR-005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GNL-SRV-FR-005_Servis_Personeli_ve_Arac_Degisikligi_Bildirim_Formu_v1.0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