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Okul yönetimince, kira sözleşmesinin taraflarca imzalandığı tarihten itibaren ON BEŞ GÜN içinde kiralanan yer, kiracıya teslim tutanağı ile teslim edilir; tutanak birlik/okul yönetimi yetkilileri ile kiracı tarafından imzalanır (OAB Yön. md. 21/2; EK-2 md. 12). İşletme hakkı sona erdiğinde kiracı, kiraladığı yeri kullanımına bırakılan malzemelerle birlikte birlik ve okul yönetimine bir tutanakla teslim eder (EK-2 md. 13).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TUTANAK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Tutanak türü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Teslim (sözleşme imzasından itibaren 15 gün içinde)      ☐ Tahliye-teslim (işletme hakkı sonu)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Kira sözleşmesi tarihi / sayısı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Tutanak tarihi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Kiracı (işletmeci)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edilen mahal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Okul binası içindeki kantin ve eklentileri: ………………………………</w:t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MAHAL VE DEMİRBAŞ LİSTESİ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4762"/>
        <w:gridCol w:w="1020"/>
        <w:gridCol w:w="1701"/>
        <w:gridCol w:w="2608"/>
      </w:tblGrid>
      <w:tr>
        <w:tc>
          <w:tcPr>
            <w:tcW w:w="56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4762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Cinsi (mahal bölümü / demirbaş / malzeme)</w:t>
            </w:r>
          </w:p>
        </w:tc>
        <w:tc>
          <w:tcPr>
            <w:tcW w:w="1020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Miktar</w:t>
            </w:r>
          </w:p>
        </w:tc>
        <w:tc>
          <w:tcPr>
            <w:tcW w:w="170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Durumu</w:t>
            </w:r>
          </w:p>
        </w:tc>
        <w:tc>
          <w:tcPr>
            <w:tcW w:w="260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60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Kantinde kullanılan okula ait taşınırlar, Taşınır Mal Yönetmeliği hükümlerine göre kayıtlı olmalı ve bu listeyle eşleşmelidir (TKB Rehberi §4.4).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SAYAÇ DURUMU (OAB Yön. EK-2 md. 11)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1928"/>
        <w:gridCol w:w="2268"/>
        <w:gridCol w:w="4762"/>
      </w:tblGrid>
      <w:tr>
        <w:tc>
          <w:tcPr>
            <w:tcW w:w="170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Sayaç</w:t>
            </w:r>
          </w:p>
        </w:tc>
        <w:tc>
          <w:tcPr>
            <w:tcW w:w="192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Ayrı sayaç var mı</w:t>
            </w:r>
          </w:p>
        </w:tc>
        <w:tc>
          <w:tcPr>
            <w:tcW w:w="226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Teslim günü endeksi</w:t>
            </w:r>
          </w:p>
        </w:tc>
        <w:tc>
          <w:tcPr>
            <w:tcW w:w="4762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Elektrik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Evet  ☐ Hayır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Su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Evet  ☐ Hayır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Doğalgaz / ısıtma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Evet  ☐ Hayır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Sayaçlar ayrı ise fatura bedelleri kiracı tarafından ilgili tahsilât müdürlüklerine ödenir; okul sayaçlarıyla ortak ise idarece tespit edilen miktar tahakkuk dönemlerinde kiracı tarafından okul yönetimine ödenir (OAB Yön. EK-2 md. 11).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AÇIKLAMALAR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</w:tc>
      </w:tr>
    </w:tbl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Tahliye-teslimde: kira süresinin sona ermesi veya sözleşmenin feshi hâlinde kiralanan yer tahliye edilmezse 2886 sayılı Devlet İhale Kanununun 75 inci maddesi uyarınca tahliye edilir (OAB Yön. md. 22/2).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OAB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Müdür Yardımcısı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</w:t>
            </w:r>
          </w:p>
        </w:tc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Kiracı (İşletmeci)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spacing w:before="10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21/2, 21/6, 22/2, EK-2 md. 11-13; Taşınır Mal Yönetmeliği (RG 10.10.2024/32688); TKB Rehberi §4.1, §4.4.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değ. RG 01.12.2023/32386) · ÖHKY = Okul Kantinlerine Dair Özel Hijyen Kuralları Yönetmeliği (RG 05.02.2013/28550) · HEY = Hijyen Eğitimi Yönetmeliği (RG 05.07.2013/28698) · G = MEB 2020/8 sayılı Genelgesi (10.11.2020, E.16476274) · K = Eğitim Kurumlarındaki Gıda İşletmelerinin Kontrol ve Denetimi Uygulama Kılavuzu (2020) ve EK-1..EK-6 formları · OGT = Okul Gıdası Hakkında Tebliğ (2020/23; RG 22.10.2020/31282; değ. RG 09.09.2022/31948, RG 28.09.2023/32323) · BKK = Sağlık Bakanlığı Bilim Kurulu Karar Tutanağı (17.08.2026; merkezisgb.meb.gov.tr'de 31.08.2026'da yayımlandı, 06.03.2025 tutanağının yerini aldı).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okul kantini mevzuatındaki yükümlülüklerin yerine getirilmesi amacıyla 6698 sayılı Kanunun 5/2-ç maddesi (hukuki yükümlülük) uyarınca işlenir; yalnızca okul-aile birliği,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KANTİNİ GENEL BELGE SETİNİN parçasıdır (sürüm 2026.09.1 (14.09.2026));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14.09.2026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GNL-KNT-FR-007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Kantini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KANTİN YERİ TESLİM / TAHLİYE-TESLİM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GNL-KNT-FR-007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GNL-KNT-FR-007_Kantin_Yeri_Teslim_Tahliye_Teslim_Tutanagi_v1.0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